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פעלים מגזרות ע"ו/י, ל"ה/י ופ"י/ו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למצוא את האות הנחה החסרה בשורש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גזרות שונות בבניין 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א: מצאו את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פ"י/ו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 ו נעלמת בפועל אבל קיימת בשורש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גזרת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יכולה להיות י או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שייך לגזרת ע"ו/י, השורש הוא ר-ו-ץ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גם פעלים שלמים בלי אותיות נח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ג: השלימו את האות החסרה בשורש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ד: התאימו פועל לגזרה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(ל"ה/י)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(ל"ה/י)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ה: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הפועל קם, זיהוי נכון של הגזרה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תקין, זיהוי נכון של גזרת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תקין עם פועל מתאים מגזרת פ"י/ו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גזרה שבה האות האמצעית בשורש היא ו או י, דוגמה: קם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גזרה שבה האות האחרונה בשורש היא ה, דוגמה: קנה או 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הוא י-ש-ב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עם המילים קם, רץ, קנה, בנה כפי שמוצע במסלול הבסיסי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לדלג על שלב הבניין ולהתמקד רק בזיהוי הגזרה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המעבר לכתיבה, כדי לחזק את ההיכרות עם הצלילים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פעלים שבהם אות אחת בשורש היא י או ו. האות הזאת לפעמים נעלמת. בדף הזה נלמד לזהות באיזו קבוצה כל פועל נמצא.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האותיות הקבועות שבונות את הפועל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פעלים שיש להם תכונה דומה בשורש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ע"ו/י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האמצעית בשורש היא ו או י, למשל קם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ל"ה/י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האחרונה בשורש היא ה, למשל קנה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פ"י/ו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הראשונה בשורש היא י או ו, למשל ישב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 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הבניין הפשוט ביותר, הראשון שלומדים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שמייצגת תנועה (י או ו) ולכן משתנה או נעלמת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א: מצאו את הגזרה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קם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קנה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ישב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בנה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רץ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ירד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הפועל קם הוא ק-ו-ם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הפועל קנה מסתיים באות 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פ"י/ו האות הראשונה בשורש היא תמיד נח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רץ שייך לגזרת ל"ה/י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הפעלים בעברית שייכים לגזרות הנחים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ג: השלימו את האות החסרה בשורש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הפועל קם הוא ק-__________-ם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הפועל בנה הוא ב-נ-__________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השורש של הפועל ישב הוא __________-ש-ב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הפועל קנה הוא ק-נ-__________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השורש של הפועל רץ הוא ר-__________-ץ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ד: התאימו פועל לגזרה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ע"ו/י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ה: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הפועל קם וסמנו מהי הגזרה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הפועל קנה או בנה וסמנו מהי הגזרה שלהם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פועל מגזרת פ"י/ו (כמו ישב או ירד) וכתבו משפט קצר עם הפועל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ע"ו/י?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ל"ה/י?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של הפועל ישב?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השורש –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